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D514" w14:textId="77777777" w:rsidR="00B579FA" w:rsidRPr="004409E0" w:rsidRDefault="00000000">
      <w:pPr>
        <w:pStyle w:val="Titre1"/>
        <w:rPr>
          <w:lang w:val="fr-FR"/>
        </w:rPr>
      </w:pPr>
      <w:r w:rsidRPr="004409E0">
        <w:rPr>
          <w:lang w:val="fr-FR"/>
        </w:rPr>
        <w:t>Planning des tests d'autopositionnement L1 – LEA par parcours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B579FA" w14:paraId="346861E0" w14:textId="77777777">
        <w:trPr>
          <w:jc w:val="center"/>
        </w:trPr>
        <w:tc>
          <w:tcPr>
            <w:tcW w:w="2160" w:type="dxa"/>
            <w:shd w:val="clear" w:color="auto" w:fill="1F4E78"/>
          </w:tcPr>
          <w:p w14:paraId="7A5322CC" w14:textId="77777777" w:rsidR="00B579FA" w:rsidRDefault="00000000">
            <w:r>
              <w:rPr>
                <w:b/>
                <w:color w:val="FFFFFF"/>
              </w:rPr>
              <w:t>Parcours</w:t>
            </w:r>
          </w:p>
        </w:tc>
        <w:tc>
          <w:tcPr>
            <w:tcW w:w="2160" w:type="dxa"/>
            <w:shd w:val="clear" w:color="auto" w:fill="1F4E78"/>
          </w:tcPr>
          <w:p w14:paraId="626AF7B3" w14:textId="77777777" w:rsidR="00B579FA" w:rsidRDefault="00000000">
            <w:r>
              <w:rPr>
                <w:b/>
                <w:color w:val="FFFFFF"/>
              </w:rPr>
              <w:t>Date</w:t>
            </w:r>
          </w:p>
        </w:tc>
        <w:tc>
          <w:tcPr>
            <w:tcW w:w="2160" w:type="dxa"/>
            <w:shd w:val="clear" w:color="auto" w:fill="1F4E78"/>
          </w:tcPr>
          <w:p w14:paraId="3CAD7727" w14:textId="77777777" w:rsidR="00B579FA" w:rsidRDefault="00000000">
            <w:r>
              <w:rPr>
                <w:b/>
                <w:color w:val="FFFFFF"/>
              </w:rPr>
              <w:t>Horaire</w:t>
            </w:r>
          </w:p>
        </w:tc>
        <w:tc>
          <w:tcPr>
            <w:tcW w:w="2160" w:type="dxa"/>
            <w:shd w:val="clear" w:color="auto" w:fill="1F4E78"/>
          </w:tcPr>
          <w:p w14:paraId="65C0E6F0" w14:textId="77777777" w:rsidR="00B579FA" w:rsidRDefault="00000000">
            <w:r>
              <w:rPr>
                <w:b/>
                <w:color w:val="FFFFFF"/>
              </w:rPr>
              <w:t>Salle / Remarque</w:t>
            </w:r>
          </w:p>
        </w:tc>
      </w:tr>
      <w:tr w:rsidR="00B579FA" w14:paraId="24BAC0AC" w14:textId="77777777">
        <w:trPr>
          <w:jc w:val="center"/>
        </w:trPr>
        <w:tc>
          <w:tcPr>
            <w:tcW w:w="2160" w:type="dxa"/>
            <w:shd w:val="clear" w:color="auto" w:fill="D9EAD3"/>
          </w:tcPr>
          <w:p w14:paraId="237F9C4D" w14:textId="77777777" w:rsidR="00B579FA" w:rsidRDefault="00000000">
            <w:r>
              <w:rPr>
                <w:sz w:val="20"/>
              </w:rPr>
              <w:t>Allemand</w:t>
            </w:r>
          </w:p>
        </w:tc>
        <w:tc>
          <w:tcPr>
            <w:tcW w:w="2160" w:type="dxa"/>
            <w:shd w:val="clear" w:color="auto" w:fill="D9EAD3"/>
          </w:tcPr>
          <w:p w14:paraId="719C0C36" w14:textId="77777777" w:rsidR="00B579FA" w:rsidRDefault="00000000">
            <w:r>
              <w:rPr>
                <w:sz w:val="20"/>
              </w:rPr>
              <w:t>Mardi 8 septembre</w:t>
            </w:r>
          </w:p>
        </w:tc>
        <w:tc>
          <w:tcPr>
            <w:tcW w:w="2160" w:type="dxa"/>
            <w:shd w:val="clear" w:color="auto" w:fill="D9EAD3"/>
          </w:tcPr>
          <w:p w14:paraId="0A8D7672" w14:textId="77777777" w:rsidR="00B579FA" w:rsidRDefault="00000000">
            <w:r>
              <w:rPr>
                <w:sz w:val="20"/>
              </w:rPr>
              <w:t>14h30-15h30</w:t>
            </w:r>
          </w:p>
        </w:tc>
        <w:tc>
          <w:tcPr>
            <w:tcW w:w="2160" w:type="dxa"/>
            <w:shd w:val="clear" w:color="auto" w:fill="D9EAD3"/>
          </w:tcPr>
          <w:p w14:paraId="7005AC95" w14:textId="77777777" w:rsidR="00B579FA" w:rsidRDefault="00000000">
            <w:r>
              <w:rPr>
                <w:sz w:val="20"/>
              </w:rPr>
              <w:t>A126</w:t>
            </w:r>
          </w:p>
        </w:tc>
      </w:tr>
      <w:tr w:rsidR="00B579FA" w14:paraId="2FD84EFD" w14:textId="77777777">
        <w:trPr>
          <w:jc w:val="center"/>
        </w:trPr>
        <w:tc>
          <w:tcPr>
            <w:tcW w:w="2160" w:type="dxa"/>
            <w:shd w:val="clear" w:color="auto" w:fill="D0E0E3"/>
          </w:tcPr>
          <w:p w14:paraId="2B7E59BB" w14:textId="77777777" w:rsidR="00B579FA" w:rsidRDefault="00000000">
            <w:r>
              <w:rPr>
                <w:sz w:val="20"/>
              </w:rPr>
              <w:t>Anglais</w:t>
            </w:r>
          </w:p>
        </w:tc>
        <w:tc>
          <w:tcPr>
            <w:tcW w:w="2160" w:type="dxa"/>
            <w:shd w:val="clear" w:color="auto" w:fill="D0E0E3"/>
          </w:tcPr>
          <w:p w14:paraId="29452D35" w14:textId="77777777" w:rsidR="00B579FA" w:rsidRDefault="00000000">
            <w:r>
              <w:rPr>
                <w:sz w:val="20"/>
              </w:rPr>
              <w:t>Mardi 8 septembre</w:t>
            </w:r>
          </w:p>
        </w:tc>
        <w:tc>
          <w:tcPr>
            <w:tcW w:w="2160" w:type="dxa"/>
            <w:shd w:val="clear" w:color="auto" w:fill="D0E0E3"/>
          </w:tcPr>
          <w:p w14:paraId="5DE40EA9" w14:textId="77777777" w:rsidR="00B579FA" w:rsidRDefault="00000000">
            <w:r>
              <w:rPr>
                <w:sz w:val="20"/>
              </w:rPr>
              <w:t>15h45-16h45 (Groupe 1)</w:t>
            </w:r>
          </w:p>
        </w:tc>
        <w:tc>
          <w:tcPr>
            <w:tcW w:w="2160" w:type="dxa"/>
            <w:shd w:val="clear" w:color="auto" w:fill="D0E0E3"/>
          </w:tcPr>
          <w:p w14:paraId="11136362" w14:textId="2057ABDC" w:rsidR="00B579FA" w:rsidRDefault="007B2374">
            <w:r>
              <w:t>A01</w:t>
            </w:r>
            <w:r w:rsidR="002862A9">
              <w:t>4</w:t>
            </w:r>
          </w:p>
        </w:tc>
      </w:tr>
      <w:tr w:rsidR="00B579FA" w14:paraId="7D475B5D" w14:textId="77777777">
        <w:trPr>
          <w:jc w:val="center"/>
        </w:trPr>
        <w:tc>
          <w:tcPr>
            <w:tcW w:w="2160" w:type="dxa"/>
            <w:shd w:val="clear" w:color="auto" w:fill="D0E0E3"/>
          </w:tcPr>
          <w:p w14:paraId="185B1615" w14:textId="77777777" w:rsidR="00B579FA" w:rsidRDefault="00000000">
            <w:r>
              <w:rPr>
                <w:sz w:val="20"/>
              </w:rPr>
              <w:t>Anglais</w:t>
            </w:r>
          </w:p>
        </w:tc>
        <w:tc>
          <w:tcPr>
            <w:tcW w:w="2160" w:type="dxa"/>
            <w:shd w:val="clear" w:color="auto" w:fill="D0E0E3"/>
          </w:tcPr>
          <w:p w14:paraId="796AD2C1" w14:textId="77777777" w:rsidR="00B579FA" w:rsidRDefault="00000000">
            <w:r>
              <w:rPr>
                <w:sz w:val="20"/>
              </w:rPr>
              <w:t>Mardi 8 septembre</w:t>
            </w:r>
          </w:p>
        </w:tc>
        <w:tc>
          <w:tcPr>
            <w:tcW w:w="2160" w:type="dxa"/>
            <w:shd w:val="clear" w:color="auto" w:fill="D0E0E3"/>
          </w:tcPr>
          <w:p w14:paraId="12243FFC" w14:textId="77777777" w:rsidR="00B579FA" w:rsidRDefault="00000000">
            <w:r>
              <w:rPr>
                <w:sz w:val="20"/>
              </w:rPr>
              <w:t>17h-18h (Groupe 2)</w:t>
            </w:r>
          </w:p>
        </w:tc>
        <w:tc>
          <w:tcPr>
            <w:tcW w:w="2160" w:type="dxa"/>
            <w:shd w:val="clear" w:color="auto" w:fill="D0E0E3"/>
          </w:tcPr>
          <w:p w14:paraId="13B7626B" w14:textId="75041E68" w:rsidR="00B579FA" w:rsidRDefault="007B2374">
            <w:r>
              <w:t>A01</w:t>
            </w:r>
            <w:r w:rsidR="002862A9">
              <w:t>4</w:t>
            </w:r>
          </w:p>
        </w:tc>
      </w:tr>
      <w:tr w:rsidR="00B579FA" w14:paraId="7B5E1455" w14:textId="77777777">
        <w:trPr>
          <w:jc w:val="center"/>
        </w:trPr>
        <w:tc>
          <w:tcPr>
            <w:tcW w:w="2160" w:type="dxa"/>
            <w:shd w:val="clear" w:color="auto" w:fill="F9CB9C"/>
          </w:tcPr>
          <w:p w14:paraId="3588FD57" w14:textId="77777777" w:rsidR="00B579FA" w:rsidRDefault="00000000">
            <w:r>
              <w:rPr>
                <w:sz w:val="20"/>
              </w:rPr>
              <w:t>Arabe</w:t>
            </w:r>
          </w:p>
        </w:tc>
        <w:tc>
          <w:tcPr>
            <w:tcW w:w="2160" w:type="dxa"/>
            <w:shd w:val="clear" w:color="auto" w:fill="F9CB9C"/>
          </w:tcPr>
          <w:p w14:paraId="636BC480" w14:textId="77777777" w:rsidR="00B579FA" w:rsidRDefault="00000000">
            <w:r>
              <w:rPr>
                <w:sz w:val="20"/>
              </w:rPr>
              <w:t>Mardi 8 septembre</w:t>
            </w:r>
          </w:p>
        </w:tc>
        <w:tc>
          <w:tcPr>
            <w:tcW w:w="2160" w:type="dxa"/>
            <w:shd w:val="clear" w:color="auto" w:fill="F9CB9C"/>
          </w:tcPr>
          <w:p w14:paraId="385E50CC" w14:textId="77777777" w:rsidR="00B579FA" w:rsidRDefault="00000000">
            <w:r>
              <w:rPr>
                <w:sz w:val="20"/>
              </w:rPr>
              <w:t>14h-15h</w:t>
            </w:r>
          </w:p>
        </w:tc>
        <w:tc>
          <w:tcPr>
            <w:tcW w:w="2160" w:type="dxa"/>
            <w:shd w:val="clear" w:color="auto" w:fill="F9CB9C"/>
          </w:tcPr>
          <w:p w14:paraId="154E63F9" w14:textId="77777777" w:rsidR="00B579FA" w:rsidRDefault="00000000">
            <w:r>
              <w:rPr>
                <w:sz w:val="20"/>
              </w:rPr>
              <w:t>A231</w:t>
            </w:r>
          </w:p>
        </w:tc>
      </w:tr>
      <w:tr w:rsidR="00B579FA" w14:paraId="03A3D6BF" w14:textId="77777777">
        <w:trPr>
          <w:jc w:val="center"/>
        </w:trPr>
        <w:tc>
          <w:tcPr>
            <w:tcW w:w="2160" w:type="dxa"/>
            <w:shd w:val="clear" w:color="auto" w:fill="F4CCCC"/>
          </w:tcPr>
          <w:p w14:paraId="69290550" w14:textId="581B5216" w:rsidR="00B579FA" w:rsidRDefault="00000000">
            <w:r>
              <w:rPr>
                <w:sz w:val="20"/>
              </w:rPr>
              <w:t>Espagnol</w:t>
            </w:r>
            <w:r w:rsidR="007B2374">
              <w:rPr>
                <w:sz w:val="20"/>
              </w:rPr>
              <w:t xml:space="preserve"> Mutualisé LEA (LLCER : 29 ; LLCER+LEA : 96)</w:t>
            </w:r>
          </w:p>
        </w:tc>
        <w:tc>
          <w:tcPr>
            <w:tcW w:w="2160" w:type="dxa"/>
            <w:shd w:val="clear" w:color="auto" w:fill="F4CCCC"/>
          </w:tcPr>
          <w:p w14:paraId="65BDC3D9" w14:textId="77777777" w:rsidR="00B579FA" w:rsidRDefault="00000000">
            <w:r>
              <w:rPr>
                <w:sz w:val="20"/>
              </w:rPr>
              <w:t>Lundi 7 septembre</w:t>
            </w:r>
          </w:p>
        </w:tc>
        <w:tc>
          <w:tcPr>
            <w:tcW w:w="2160" w:type="dxa"/>
            <w:shd w:val="clear" w:color="auto" w:fill="F4CCCC"/>
          </w:tcPr>
          <w:p w14:paraId="3C0F4A5A" w14:textId="77777777" w:rsidR="00B579FA" w:rsidRDefault="00000000">
            <w:r>
              <w:rPr>
                <w:sz w:val="20"/>
              </w:rPr>
              <w:t>15h-16h</w:t>
            </w:r>
          </w:p>
        </w:tc>
        <w:tc>
          <w:tcPr>
            <w:tcW w:w="2160" w:type="dxa"/>
            <w:shd w:val="clear" w:color="auto" w:fill="F4CCCC"/>
          </w:tcPr>
          <w:p w14:paraId="31A43577" w14:textId="3F9A4D06" w:rsidR="00B579FA" w:rsidRDefault="007B2374">
            <w:r>
              <w:t>A01</w:t>
            </w:r>
            <w:r w:rsidR="0068608B">
              <w:t>2</w:t>
            </w:r>
          </w:p>
        </w:tc>
      </w:tr>
      <w:tr w:rsidR="00B579FA" w14:paraId="47A6174B" w14:textId="77777777">
        <w:trPr>
          <w:jc w:val="center"/>
        </w:trPr>
        <w:tc>
          <w:tcPr>
            <w:tcW w:w="2160" w:type="dxa"/>
            <w:shd w:val="clear" w:color="auto" w:fill="B6D7A8"/>
          </w:tcPr>
          <w:p w14:paraId="3F721FEC" w14:textId="77777777" w:rsidR="00B579FA" w:rsidRDefault="00000000">
            <w:r>
              <w:rPr>
                <w:sz w:val="20"/>
              </w:rPr>
              <w:t>Italien</w:t>
            </w:r>
          </w:p>
        </w:tc>
        <w:tc>
          <w:tcPr>
            <w:tcW w:w="2160" w:type="dxa"/>
            <w:shd w:val="clear" w:color="auto" w:fill="B6D7A8"/>
          </w:tcPr>
          <w:p w14:paraId="183F85F7" w14:textId="77777777" w:rsidR="00B579FA" w:rsidRDefault="00000000">
            <w:r>
              <w:rPr>
                <w:sz w:val="20"/>
              </w:rPr>
              <w:t>Mardi 8 septembre</w:t>
            </w:r>
          </w:p>
        </w:tc>
        <w:tc>
          <w:tcPr>
            <w:tcW w:w="2160" w:type="dxa"/>
            <w:shd w:val="clear" w:color="auto" w:fill="B6D7A8"/>
          </w:tcPr>
          <w:p w14:paraId="5803176A" w14:textId="77777777" w:rsidR="00B579FA" w:rsidRDefault="00000000">
            <w:r>
              <w:rPr>
                <w:sz w:val="20"/>
              </w:rPr>
              <w:t>15h-16h</w:t>
            </w:r>
          </w:p>
        </w:tc>
        <w:tc>
          <w:tcPr>
            <w:tcW w:w="2160" w:type="dxa"/>
            <w:shd w:val="clear" w:color="auto" w:fill="B6D7A8"/>
          </w:tcPr>
          <w:p w14:paraId="09A630AD" w14:textId="77777777" w:rsidR="00B579FA" w:rsidRDefault="00000000">
            <w:r>
              <w:rPr>
                <w:sz w:val="20"/>
              </w:rPr>
              <w:t>A325</w:t>
            </w:r>
          </w:p>
        </w:tc>
      </w:tr>
    </w:tbl>
    <w:p w14:paraId="5E79836F" w14:textId="77777777" w:rsidR="004409E0" w:rsidRPr="000D6C84" w:rsidRDefault="004409E0" w:rsidP="004409E0">
      <w:pPr>
        <w:pStyle w:val="Titre1"/>
        <w:rPr>
          <w:lang w:val="fr-FR"/>
        </w:rPr>
      </w:pPr>
      <w:r w:rsidRPr="000D6C84">
        <w:rPr>
          <w:lang w:val="fr-FR"/>
        </w:rPr>
        <w:t>Planning des tests d'autopositionnement L1 – Parcours hors LEA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7"/>
        <w:gridCol w:w="2157"/>
        <w:gridCol w:w="2158"/>
      </w:tblGrid>
      <w:tr w:rsidR="004409E0" w14:paraId="25B5FC99" w14:textId="77777777" w:rsidTr="00061838">
        <w:trPr>
          <w:jc w:val="center"/>
        </w:trPr>
        <w:tc>
          <w:tcPr>
            <w:tcW w:w="2160" w:type="dxa"/>
            <w:shd w:val="clear" w:color="auto" w:fill="1F4E78"/>
          </w:tcPr>
          <w:p w14:paraId="76B42F8F" w14:textId="77777777" w:rsidR="004409E0" w:rsidRDefault="004409E0" w:rsidP="00061838">
            <w:r>
              <w:rPr>
                <w:b/>
                <w:color w:val="FFFFFF"/>
              </w:rPr>
              <w:t>Parcours</w:t>
            </w:r>
          </w:p>
        </w:tc>
        <w:tc>
          <w:tcPr>
            <w:tcW w:w="2160" w:type="dxa"/>
            <w:shd w:val="clear" w:color="auto" w:fill="1F4E78"/>
          </w:tcPr>
          <w:p w14:paraId="799172E9" w14:textId="77777777" w:rsidR="004409E0" w:rsidRDefault="004409E0" w:rsidP="00061838">
            <w:r>
              <w:rPr>
                <w:b/>
                <w:color w:val="FFFFFF"/>
              </w:rPr>
              <w:t>Date</w:t>
            </w:r>
          </w:p>
        </w:tc>
        <w:tc>
          <w:tcPr>
            <w:tcW w:w="2160" w:type="dxa"/>
            <w:shd w:val="clear" w:color="auto" w:fill="1F4E78"/>
          </w:tcPr>
          <w:p w14:paraId="5BF25F7C" w14:textId="77777777" w:rsidR="004409E0" w:rsidRDefault="004409E0" w:rsidP="00061838">
            <w:r>
              <w:rPr>
                <w:b/>
                <w:color w:val="FFFFFF"/>
              </w:rPr>
              <w:t>Horaire</w:t>
            </w:r>
          </w:p>
        </w:tc>
        <w:tc>
          <w:tcPr>
            <w:tcW w:w="2160" w:type="dxa"/>
            <w:shd w:val="clear" w:color="auto" w:fill="1F4E78"/>
          </w:tcPr>
          <w:p w14:paraId="7C460836" w14:textId="77777777" w:rsidR="004409E0" w:rsidRDefault="004409E0" w:rsidP="00061838">
            <w:r>
              <w:rPr>
                <w:b/>
                <w:color w:val="FFFFFF"/>
              </w:rPr>
              <w:t>Salle / Remarque</w:t>
            </w:r>
          </w:p>
        </w:tc>
      </w:tr>
      <w:tr w:rsidR="004409E0" w:rsidRPr="002862A9" w14:paraId="7846C570" w14:textId="77777777" w:rsidTr="00061838">
        <w:trPr>
          <w:jc w:val="center"/>
        </w:trPr>
        <w:tc>
          <w:tcPr>
            <w:tcW w:w="2160" w:type="dxa"/>
            <w:shd w:val="clear" w:color="auto" w:fill="FFF2CC"/>
          </w:tcPr>
          <w:p w14:paraId="51A85285" w14:textId="77777777" w:rsidR="004409E0" w:rsidRDefault="004409E0" w:rsidP="00061838">
            <w:r>
              <w:rPr>
                <w:sz w:val="20"/>
              </w:rPr>
              <w:t>Info-Com</w:t>
            </w:r>
          </w:p>
        </w:tc>
        <w:tc>
          <w:tcPr>
            <w:tcW w:w="2160" w:type="dxa"/>
            <w:shd w:val="clear" w:color="auto" w:fill="FFF2CC"/>
          </w:tcPr>
          <w:p w14:paraId="4172A975" w14:textId="77777777" w:rsidR="004409E0" w:rsidRDefault="004409E0" w:rsidP="00061838">
            <w:r>
              <w:rPr>
                <w:sz w:val="20"/>
              </w:rPr>
              <w:t>Lundi 7 septembre</w:t>
            </w:r>
          </w:p>
        </w:tc>
        <w:tc>
          <w:tcPr>
            <w:tcW w:w="2160" w:type="dxa"/>
            <w:shd w:val="clear" w:color="auto" w:fill="FFF2CC"/>
          </w:tcPr>
          <w:p w14:paraId="66DBD1FB" w14:textId="77777777" w:rsidR="004409E0" w:rsidRDefault="004409E0" w:rsidP="00061838">
            <w:r>
              <w:rPr>
                <w:sz w:val="20"/>
              </w:rPr>
              <w:t>11h30-12h30</w:t>
            </w:r>
          </w:p>
        </w:tc>
        <w:tc>
          <w:tcPr>
            <w:tcW w:w="2160" w:type="dxa"/>
            <w:shd w:val="clear" w:color="auto" w:fill="FFF2CC"/>
          </w:tcPr>
          <w:p w14:paraId="7150288F" w14:textId="77777777" w:rsidR="006B470E" w:rsidRDefault="004409E0" w:rsidP="00061838">
            <w:pPr>
              <w:rPr>
                <w:sz w:val="20"/>
                <w:lang w:val="fr-FR"/>
              </w:rPr>
            </w:pPr>
            <w:r w:rsidRPr="000D6C84">
              <w:rPr>
                <w:sz w:val="20"/>
                <w:lang w:val="fr-FR"/>
              </w:rPr>
              <w:t>A011</w:t>
            </w:r>
            <w:r w:rsidR="006B470E">
              <w:rPr>
                <w:sz w:val="20"/>
                <w:lang w:val="fr-FR"/>
              </w:rPr>
              <w:t> :</w:t>
            </w:r>
          </w:p>
          <w:p w14:paraId="47F57EBB" w14:textId="77777777" w:rsidR="006B470E" w:rsidRDefault="006B470E" w:rsidP="00061838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Groupe de A-(Abdi Ryan-G-(Gimenez Nina)</w:t>
            </w:r>
          </w:p>
          <w:p w14:paraId="1DFBA605" w14:textId="77777777" w:rsidR="006B470E" w:rsidRDefault="004409E0" w:rsidP="00061838">
            <w:pPr>
              <w:rPr>
                <w:sz w:val="20"/>
                <w:lang w:val="fr-FR"/>
              </w:rPr>
            </w:pPr>
            <w:r w:rsidRPr="000D6C84">
              <w:rPr>
                <w:sz w:val="20"/>
                <w:lang w:val="fr-FR"/>
              </w:rPr>
              <w:t>A012</w:t>
            </w:r>
            <w:r w:rsidR="006B470E">
              <w:rPr>
                <w:sz w:val="20"/>
                <w:lang w:val="fr-FR"/>
              </w:rPr>
              <w:t> :</w:t>
            </w:r>
          </w:p>
          <w:p w14:paraId="1A137A47" w14:textId="777E93EF" w:rsidR="004409E0" w:rsidRPr="000D6C84" w:rsidRDefault="006B470E" w:rsidP="00061838">
            <w:pPr>
              <w:rPr>
                <w:lang w:val="fr-FR"/>
              </w:rPr>
            </w:pPr>
            <w:r>
              <w:rPr>
                <w:sz w:val="20"/>
                <w:lang w:val="fr-FR"/>
              </w:rPr>
              <w:t>Groupe de G-(Godcha Yassine) à Z-(Zhar Lina)</w:t>
            </w:r>
          </w:p>
        </w:tc>
      </w:tr>
      <w:tr w:rsidR="004409E0" w:rsidRPr="002862A9" w14:paraId="09C63B30" w14:textId="77777777" w:rsidTr="00061838">
        <w:trPr>
          <w:jc w:val="center"/>
        </w:trPr>
        <w:tc>
          <w:tcPr>
            <w:tcW w:w="2160" w:type="dxa"/>
            <w:shd w:val="clear" w:color="auto" w:fill="EAD1DC"/>
          </w:tcPr>
          <w:p w14:paraId="4E115D1C" w14:textId="77777777" w:rsidR="004409E0" w:rsidRDefault="004409E0" w:rsidP="00061838">
            <w:r>
              <w:rPr>
                <w:sz w:val="20"/>
              </w:rPr>
              <w:t>Lettres</w:t>
            </w:r>
          </w:p>
        </w:tc>
        <w:tc>
          <w:tcPr>
            <w:tcW w:w="2160" w:type="dxa"/>
            <w:shd w:val="clear" w:color="auto" w:fill="EAD1DC"/>
          </w:tcPr>
          <w:p w14:paraId="0B2DEC18" w14:textId="77777777" w:rsidR="004409E0" w:rsidRDefault="004409E0" w:rsidP="00061838"/>
        </w:tc>
        <w:tc>
          <w:tcPr>
            <w:tcW w:w="2160" w:type="dxa"/>
            <w:shd w:val="clear" w:color="auto" w:fill="EAD1DC"/>
          </w:tcPr>
          <w:p w14:paraId="7BC6FDED" w14:textId="77777777" w:rsidR="004409E0" w:rsidRDefault="004409E0" w:rsidP="00061838"/>
        </w:tc>
        <w:tc>
          <w:tcPr>
            <w:tcW w:w="2160" w:type="dxa"/>
            <w:shd w:val="clear" w:color="auto" w:fill="EAD1DC"/>
          </w:tcPr>
          <w:p w14:paraId="1C08698E" w14:textId="77777777" w:rsidR="004409E0" w:rsidRPr="000D6C84" w:rsidRDefault="004409E0" w:rsidP="00061838">
            <w:pPr>
              <w:rPr>
                <w:lang w:val="fr-FR"/>
              </w:rPr>
            </w:pPr>
            <w:r w:rsidRPr="000D6C84">
              <w:rPr>
                <w:sz w:val="20"/>
                <w:lang w:val="fr-FR"/>
              </w:rPr>
              <w:t>Ecrit + les informations seront c</w:t>
            </w:r>
            <w:r>
              <w:rPr>
                <w:sz w:val="20"/>
                <w:lang w:val="fr-FR"/>
              </w:rPr>
              <w:t>ommuniquées lors de la réunion de pré rentrée</w:t>
            </w:r>
          </w:p>
        </w:tc>
      </w:tr>
      <w:tr w:rsidR="004409E0" w14:paraId="24D3BFB1" w14:textId="77777777" w:rsidTr="00061838">
        <w:trPr>
          <w:jc w:val="center"/>
        </w:trPr>
        <w:tc>
          <w:tcPr>
            <w:tcW w:w="2160" w:type="dxa"/>
            <w:shd w:val="clear" w:color="auto" w:fill="D0E0E3"/>
          </w:tcPr>
          <w:p w14:paraId="14D968AC" w14:textId="77777777" w:rsidR="004409E0" w:rsidRDefault="004409E0" w:rsidP="00061838">
            <w:r>
              <w:rPr>
                <w:sz w:val="20"/>
              </w:rPr>
              <w:t>LLCER Anglais</w:t>
            </w:r>
          </w:p>
        </w:tc>
        <w:tc>
          <w:tcPr>
            <w:tcW w:w="2160" w:type="dxa"/>
            <w:shd w:val="clear" w:color="auto" w:fill="D0E0E3"/>
          </w:tcPr>
          <w:p w14:paraId="739145DB" w14:textId="77777777" w:rsidR="004409E0" w:rsidRDefault="004409E0" w:rsidP="00061838">
            <w:r>
              <w:rPr>
                <w:sz w:val="20"/>
              </w:rPr>
              <w:t>Lundi 7 septembre</w:t>
            </w:r>
          </w:p>
        </w:tc>
        <w:tc>
          <w:tcPr>
            <w:tcW w:w="2160" w:type="dxa"/>
            <w:shd w:val="clear" w:color="auto" w:fill="D0E0E3"/>
          </w:tcPr>
          <w:p w14:paraId="2731C551" w14:textId="77777777" w:rsidR="004409E0" w:rsidRDefault="004409E0" w:rsidP="00061838">
            <w:r>
              <w:rPr>
                <w:sz w:val="20"/>
              </w:rPr>
              <w:t>13h-14h</w:t>
            </w:r>
          </w:p>
        </w:tc>
        <w:tc>
          <w:tcPr>
            <w:tcW w:w="2160" w:type="dxa"/>
            <w:shd w:val="clear" w:color="auto" w:fill="D0E0E3"/>
          </w:tcPr>
          <w:p w14:paraId="3B6B777D" w14:textId="77777777" w:rsidR="004409E0" w:rsidRDefault="004409E0" w:rsidP="00061838">
            <w:r>
              <w:rPr>
                <w:sz w:val="20"/>
              </w:rPr>
              <w:t>CNE A84 (Exanum)</w:t>
            </w:r>
          </w:p>
        </w:tc>
      </w:tr>
      <w:tr w:rsidR="004409E0" w:rsidRPr="007B2374" w14:paraId="4D9AFDEE" w14:textId="77777777" w:rsidTr="00061838">
        <w:trPr>
          <w:jc w:val="center"/>
        </w:trPr>
        <w:tc>
          <w:tcPr>
            <w:tcW w:w="2160" w:type="dxa"/>
            <w:shd w:val="clear" w:color="auto" w:fill="F4CCCC"/>
          </w:tcPr>
          <w:p w14:paraId="6A6DB580" w14:textId="77E26A3F" w:rsidR="004409E0" w:rsidRPr="007B2374" w:rsidRDefault="004409E0" w:rsidP="00061838">
            <w:pPr>
              <w:rPr>
                <w:lang w:val="fr-FR"/>
              </w:rPr>
            </w:pPr>
            <w:r w:rsidRPr="007B2374">
              <w:rPr>
                <w:sz w:val="20"/>
                <w:lang w:val="fr-FR"/>
              </w:rPr>
              <w:t>LLCER Espagnol</w:t>
            </w:r>
            <w:r w:rsidR="007B2374" w:rsidRPr="000D6C84">
              <w:rPr>
                <w:sz w:val="20"/>
                <w:lang w:val="fr-FR"/>
              </w:rPr>
              <w:t xml:space="preserve"> Tous les étudiants LEA </w:t>
            </w:r>
            <w:r w:rsidR="007B2374">
              <w:rPr>
                <w:sz w:val="20"/>
                <w:lang w:val="fr-FR"/>
              </w:rPr>
              <w:t xml:space="preserve">espagnol </w:t>
            </w:r>
            <w:r w:rsidR="007B2374" w:rsidRPr="000D6C84">
              <w:rPr>
                <w:sz w:val="20"/>
                <w:lang w:val="fr-FR"/>
              </w:rPr>
              <w:t>(96) + LLCER</w:t>
            </w:r>
            <w:r w:rsidR="007B2374">
              <w:rPr>
                <w:sz w:val="20"/>
                <w:lang w:val="fr-FR"/>
              </w:rPr>
              <w:t xml:space="preserve"> espagnol </w:t>
            </w:r>
            <w:r w:rsidR="007B2374" w:rsidRPr="000D6C84">
              <w:rPr>
                <w:sz w:val="20"/>
                <w:lang w:val="fr-FR"/>
              </w:rPr>
              <w:t xml:space="preserve"> (30) – une salle pour 126 étudiants</w:t>
            </w:r>
          </w:p>
        </w:tc>
        <w:tc>
          <w:tcPr>
            <w:tcW w:w="2160" w:type="dxa"/>
            <w:shd w:val="clear" w:color="auto" w:fill="F4CCCC"/>
          </w:tcPr>
          <w:p w14:paraId="0DD8E54A" w14:textId="77777777" w:rsidR="004409E0" w:rsidRDefault="004409E0" w:rsidP="00061838">
            <w:r>
              <w:rPr>
                <w:sz w:val="20"/>
              </w:rPr>
              <w:t>Lundi 7 septembre</w:t>
            </w:r>
          </w:p>
        </w:tc>
        <w:tc>
          <w:tcPr>
            <w:tcW w:w="2160" w:type="dxa"/>
            <w:shd w:val="clear" w:color="auto" w:fill="F4CCCC"/>
          </w:tcPr>
          <w:p w14:paraId="54E1100A" w14:textId="77777777" w:rsidR="004409E0" w:rsidRDefault="004409E0" w:rsidP="00061838">
            <w:r>
              <w:rPr>
                <w:sz w:val="20"/>
              </w:rPr>
              <w:t>15h-16h</w:t>
            </w:r>
          </w:p>
        </w:tc>
        <w:tc>
          <w:tcPr>
            <w:tcW w:w="2160" w:type="dxa"/>
            <w:shd w:val="clear" w:color="auto" w:fill="F4CCCC"/>
          </w:tcPr>
          <w:p w14:paraId="59312666" w14:textId="46C56F69" w:rsidR="004409E0" w:rsidRPr="000D6C84" w:rsidRDefault="007B2374" w:rsidP="00061838">
            <w:pPr>
              <w:rPr>
                <w:lang w:val="fr-FR"/>
              </w:rPr>
            </w:pPr>
            <w:r>
              <w:rPr>
                <w:lang w:val="fr-FR"/>
              </w:rPr>
              <w:t>A01</w:t>
            </w:r>
            <w:r w:rsidR="0068608B">
              <w:rPr>
                <w:lang w:val="fr-FR"/>
              </w:rPr>
              <w:t>2</w:t>
            </w:r>
          </w:p>
        </w:tc>
      </w:tr>
      <w:tr w:rsidR="004409E0" w14:paraId="14DC9ECF" w14:textId="77777777" w:rsidTr="00061838">
        <w:trPr>
          <w:jc w:val="center"/>
        </w:trPr>
        <w:tc>
          <w:tcPr>
            <w:tcW w:w="2160" w:type="dxa"/>
            <w:shd w:val="clear" w:color="auto" w:fill="B6D7A8"/>
          </w:tcPr>
          <w:p w14:paraId="4E0C7C5C" w14:textId="77777777" w:rsidR="004409E0" w:rsidRDefault="004409E0" w:rsidP="00061838">
            <w:r>
              <w:rPr>
                <w:sz w:val="20"/>
              </w:rPr>
              <w:t>LLCER Italien</w:t>
            </w:r>
          </w:p>
        </w:tc>
        <w:tc>
          <w:tcPr>
            <w:tcW w:w="2160" w:type="dxa"/>
            <w:shd w:val="clear" w:color="auto" w:fill="B6D7A8"/>
          </w:tcPr>
          <w:p w14:paraId="500BBAA6" w14:textId="77777777" w:rsidR="004409E0" w:rsidRDefault="004409E0" w:rsidP="00061838">
            <w:r>
              <w:rPr>
                <w:sz w:val="20"/>
              </w:rPr>
              <w:t>Lundi 7 septembre</w:t>
            </w:r>
          </w:p>
        </w:tc>
        <w:tc>
          <w:tcPr>
            <w:tcW w:w="2160" w:type="dxa"/>
            <w:shd w:val="clear" w:color="auto" w:fill="B6D7A8"/>
          </w:tcPr>
          <w:p w14:paraId="6D045B5A" w14:textId="77777777" w:rsidR="004409E0" w:rsidRDefault="004409E0" w:rsidP="00061838">
            <w:r>
              <w:rPr>
                <w:sz w:val="20"/>
              </w:rPr>
              <w:t>14h30-15h30</w:t>
            </w:r>
          </w:p>
        </w:tc>
        <w:tc>
          <w:tcPr>
            <w:tcW w:w="2160" w:type="dxa"/>
            <w:shd w:val="clear" w:color="auto" w:fill="B6D7A8"/>
          </w:tcPr>
          <w:p w14:paraId="5B317EDC" w14:textId="088F17BD" w:rsidR="004409E0" w:rsidRDefault="004409E0" w:rsidP="00061838">
            <w:r>
              <w:rPr>
                <w:sz w:val="20"/>
              </w:rPr>
              <w:t xml:space="preserve">A321 </w:t>
            </w:r>
          </w:p>
        </w:tc>
      </w:tr>
      <w:tr w:rsidR="004409E0" w14:paraId="5A64A3A0" w14:textId="77777777" w:rsidTr="00061838">
        <w:trPr>
          <w:jc w:val="center"/>
        </w:trPr>
        <w:tc>
          <w:tcPr>
            <w:tcW w:w="2160" w:type="dxa"/>
            <w:shd w:val="clear" w:color="auto" w:fill="A2C4C9"/>
          </w:tcPr>
          <w:p w14:paraId="6EC5195A" w14:textId="77777777" w:rsidR="004409E0" w:rsidRDefault="004409E0" w:rsidP="00061838">
            <w:r>
              <w:rPr>
                <w:sz w:val="20"/>
              </w:rPr>
              <w:t>Musicologie</w:t>
            </w:r>
          </w:p>
        </w:tc>
        <w:tc>
          <w:tcPr>
            <w:tcW w:w="2160" w:type="dxa"/>
            <w:shd w:val="clear" w:color="auto" w:fill="A2C4C9"/>
          </w:tcPr>
          <w:p w14:paraId="1A6A8DB4" w14:textId="77777777" w:rsidR="004409E0" w:rsidRDefault="004409E0" w:rsidP="00061838">
            <w:r>
              <w:rPr>
                <w:sz w:val="20"/>
              </w:rPr>
              <w:t>Lundi 7 septembre</w:t>
            </w:r>
          </w:p>
        </w:tc>
        <w:tc>
          <w:tcPr>
            <w:tcW w:w="2160" w:type="dxa"/>
            <w:shd w:val="clear" w:color="auto" w:fill="A2C4C9"/>
          </w:tcPr>
          <w:p w14:paraId="04CAFD8C" w14:textId="77777777" w:rsidR="004409E0" w:rsidRDefault="004409E0" w:rsidP="00061838">
            <w:r>
              <w:rPr>
                <w:sz w:val="20"/>
              </w:rPr>
              <w:t>14h-17h</w:t>
            </w:r>
          </w:p>
        </w:tc>
        <w:tc>
          <w:tcPr>
            <w:tcW w:w="2160" w:type="dxa"/>
            <w:shd w:val="clear" w:color="auto" w:fill="A2C4C9"/>
          </w:tcPr>
          <w:p w14:paraId="7A6D9E73" w14:textId="77777777" w:rsidR="004409E0" w:rsidRDefault="004409E0" w:rsidP="00061838">
            <w:r>
              <w:rPr>
                <w:sz w:val="20"/>
              </w:rPr>
              <w:t>A021</w:t>
            </w:r>
          </w:p>
        </w:tc>
      </w:tr>
    </w:tbl>
    <w:p w14:paraId="61E62915" w14:textId="77777777" w:rsidR="004409E0" w:rsidRDefault="004409E0" w:rsidP="004409E0"/>
    <w:p w14:paraId="782C430D" w14:textId="77777777" w:rsidR="00C05623" w:rsidRDefault="00C05623"/>
    <w:sectPr w:rsidR="00C056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4623958">
    <w:abstractNumId w:val="8"/>
  </w:num>
  <w:num w:numId="2" w16cid:durableId="379937614">
    <w:abstractNumId w:val="6"/>
  </w:num>
  <w:num w:numId="3" w16cid:durableId="41490483">
    <w:abstractNumId w:val="5"/>
  </w:num>
  <w:num w:numId="4" w16cid:durableId="1669092169">
    <w:abstractNumId w:val="4"/>
  </w:num>
  <w:num w:numId="5" w16cid:durableId="526599227">
    <w:abstractNumId w:val="7"/>
  </w:num>
  <w:num w:numId="6" w16cid:durableId="1958438988">
    <w:abstractNumId w:val="3"/>
  </w:num>
  <w:num w:numId="7" w16cid:durableId="208283">
    <w:abstractNumId w:val="2"/>
  </w:num>
  <w:num w:numId="8" w16cid:durableId="588932727">
    <w:abstractNumId w:val="1"/>
  </w:num>
  <w:num w:numId="9" w16cid:durableId="35469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62A9"/>
    <w:rsid w:val="0029639D"/>
    <w:rsid w:val="00326F90"/>
    <w:rsid w:val="004409E0"/>
    <w:rsid w:val="00661066"/>
    <w:rsid w:val="0068608B"/>
    <w:rsid w:val="006B470E"/>
    <w:rsid w:val="007B2374"/>
    <w:rsid w:val="00A56BC9"/>
    <w:rsid w:val="00AA1D8D"/>
    <w:rsid w:val="00B47730"/>
    <w:rsid w:val="00B579FA"/>
    <w:rsid w:val="00BC5C02"/>
    <w:rsid w:val="00C05623"/>
    <w:rsid w:val="00CB0664"/>
    <w:rsid w:val="00DB6E0D"/>
    <w:rsid w:val="00F239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F749C"/>
  <w14:defaultImageDpi w14:val="300"/>
  <w15:docId w15:val="{3F9385FC-49D5-4398-8FEA-29C86C6A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cathy margaillan</cp:lastModifiedBy>
  <cp:revision>4</cp:revision>
  <dcterms:created xsi:type="dcterms:W3CDTF">2026-09-04T14:24:00Z</dcterms:created>
  <dcterms:modified xsi:type="dcterms:W3CDTF">2026-09-04T19:50:00Z</dcterms:modified>
  <cp:category/>
</cp:coreProperties>
</file>